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BB19" w14:textId="478FA2B5" w:rsidR="00DC3E9D" w:rsidRDefault="00372967" w:rsidP="00DC3E9D">
      <w:pPr>
        <w:pStyle w:val="NoSpacing"/>
      </w:pPr>
      <w:r w:rsidRPr="00372967">
        <w:rPr>
          <w:noProof/>
        </w:rPr>
        <w:drawing>
          <wp:anchor distT="0" distB="0" distL="114300" distR="114300" simplePos="0" relativeHeight="251658240" behindDoc="1" locked="0" layoutInCell="1" allowOverlap="1" wp14:anchorId="6D3B217C" wp14:editId="4482D61D">
            <wp:simplePos x="0" y="0"/>
            <wp:positionH relativeFrom="column">
              <wp:posOffset>2343150</wp:posOffset>
            </wp:positionH>
            <wp:positionV relativeFrom="page">
              <wp:posOffset>412750</wp:posOffset>
            </wp:positionV>
            <wp:extent cx="733425" cy="758190"/>
            <wp:effectExtent l="0" t="0" r="9525" b="3810"/>
            <wp:wrapTight wrapText="bothSides">
              <wp:wrapPolygon edited="0">
                <wp:start x="0" y="0"/>
                <wp:lineTo x="0" y="21166"/>
                <wp:lineTo x="21319" y="21166"/>
                <wp:lineTo x="21319" y="0"/>
                <wp:lineTo x="0" y="0"/>
              </wp:wrapPolygon>
            </wp:wrapTight>
            <wp:docPr id="747556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A70A9" w14:textId="13E15BE9" w:rsidR="00DC3E9D" w:rsidRDefault="00DC3E9D" w:rsidP="00DC3E9D">
      <w:pPr>
        <w:pStyle w:val="NoSpacing"/>
      </w:pPr>
    </w:p>
    <w:p w14:paraId="3F734EA0" w14:textId="07A709AA" w:rsidR="0068149D" w:rsidRPr="00DC3E9D" w:rsidRDefault="00F85CD2" w:rsidP="00DC3E9D">
      <w:pPr>
        <w:pStyle w:val="NoSpacing"/>
        <w:jc w:val="center"/>
        <w:rPr>
          <w:b/>
          <w:bCs/>
          <w:sz w:val="28"/>
          <w:szCs w:val="28"/>
        </w:rPr>
      </w:pPr>
      <w:r w:rsidRPr="00DC3E9D">
        <w:rPr>
          <w:b/>
          <w:bCs/>
          <w:sz w:val="28"/>
          <w:szCs w:val="28"/>
        </w:rPr>
        <w:t>VILLAGE OF ELMWOOD</w:t>
      </w:r>
    </w:p>
    <w:p w14:paraId="459C2206" w14:textId="77777777" w:rsidR="0068149D" w:rsidRPr="00DC3E9D" w:rsidRDefault="00F85CD2" w:rsidP="00DC3E9D">
      <w:pPr>
        <w:pStyle w:val="NoSpacing"/>
        <w:jc w:val="center"/>
        <w:rPr>
          <w:sz w:val="28"/>
          <w:szCs w:val="28"/>
        </w:rPr>
      </w:pPr>
      <w:r w:rsidRPr="00DC3E9D">
        <w:rPr>
          <w:sz w:val="28"/>
          <w:szCs w:val="28"/>
        </w:rPr>
        <w:t>OPERATOR'S LICENSE RENEWAL APPLICATION</w:t>
      </w:r>
    </w:p>
    <w:p w14:paraId="11D21F1E" w14:textId="77777777" w:rsidR="0068149D" w:rsidRDefault="00F85CD2" w:rsidP="00DC3E9D">
      <w:pPr>
        <w:jc w:val="center"/>
      </w:pPr>
      <w:r>
        <w:t>(Per Wis. Stat. § 125.17)</w:t>
      </w:r>
    </w:p>
    <w:p w14:paraId="190056EC" w14:textId="77777777" w:rsidR="00DC3E9D" w:rsidRDefault="00DC3E9D"/>
    <w:p w14:paraId="45007AB2" w14:textId="067A8ACF" w:rsidR="0068149D" w:rsidRDefault="00F85CD2">
      <w:r>
        <w:t>Full Legal Name (First, Middle, Last): _____________________________</w:t>
      </w:r>
      <w:r w:rsidR="00904260">
        <w:t>___________________</w:t>
      </w:r>
      <w:r>
        <w:t>_______________</w:t>
      </w:r>
    </w:p>
    <w:p w14:paraId="3E6FCC5D" w14:textId="34AE87FB" w:rsidR="0068149D" w:rsidRDefault="00F85CD2">
      <w:r>
        <w:t>Date of Birth (MM/DD/YYYY): ___________</w:t>
      </w:r>
      <w:r w:rsidR="00904260">
        <w:t>___________________</w:t>
      </w:r>
      <w:r>
        <w:t>____</w:t>
      </w:r>
      <w:r w:rsidR="00DC3E9D">
        <w:t xml:space="preserve">____________ </w:t>
      </w:r>
      <w:r>
        <w:t>Age: _______</w:t>
      </w:r>
      <w:r w:rsidR="00DC3E9D">
        <w:t>_______</w:t>
      </w:r>
      <w:r>
        <w:t>____</w:t>
      </w:r>
    </w:p>
    <w:p w14:paraId="1FF0C2A2" w14:textId="6FAFD6D1" w:rsidR="00F646E6" w:rsidRDefault="00F646E6">
      <w:r>
        <w:t>Driver’s License Number &amp; State: ___________________________________________________________________</w:t>
      </w:r>
    </w:p>
    <w:p w14:paraId="61FFF37C" w14:textId="67F793DF" w:rsidR="0068149D" w:rsidRDefault="00F85CD2">
      <w:r>
        <w:t>Residential Address: ________________________________________________</w:t>
      </w:r>
      <w:r w:rsidR="00DC3E9D">
        <w:t>____</w:t>
      </w:r>
      <w:r w:rsidR="00904260">
        <w:t>__________________</w:t>
      </w:r>
      <w:r w:rsidR="00DC3E9D">
        <w:t>_</w:t>
      </w:r>
      <w:r>
        <w:t>__________</w:t>
      </w:r>
    </w:p>
    <w:p w14:paraId="332CC4DF" w14:textId="1509CAAE" w:rsidR="0068149D" w:rsidRDefault="00F85CD2">
      <w:r>
        <w:t>__________________________________________________________</w:t>
      </w:r>
      <w:r w:rsidR="00904260">
        <w:t>__________________</w:t>
      </w:r>
      <w:r>
        <w:t>____</w:t>
      </w:r>
      <w:r w:rsidR="00DC3E9D">
        <w:t>__________</w:t>
      </w:r>
      <w:r>
        <w:t>_______________</w:t>
      </w:r>
    </w:p>
    <w:p w14:paraId="57897D45" w14:textId="05654650" w:rsidR="0068149D" w:rsidRDefault="00F85CD2">
      <w:r>
        <w:t>Phone Number: _________________</w:t>
      </w:r>
      <w:r w:rsidR="00DC3E9D">
        <w:t>_</w:t>
      </w:r>
      <w:r w:rsidR="00904260">
        <w:t>_______</w:t>
      </w:r>
      <w:r w:rsidR="00DC3E9D">
        <w:t>_</w:t>
      </w:r>
      <w:r>
        <w:t>__________</w:t>
      </w:r>
    </w:p>
    <w:p w14:paraId="381FE8EA" w14:textId="18A697A0" w:rsidR="00782769" w:rsidRDefault="00782769">
      <w:r>
        <w:t>Establishment Name: ______________________________________</w:t>
      </w:r>
    </w:p>
    <w:p w14:paraId="65DDC996" w14:textId="6828DD1C" w:rsidR="0068149D" w:rsidRDefault="00782769">
      <w:r>
        <w:t>Have you been arrested, cited, warned, or involved in any criminal or local ordinance violation within the past year</w:t>
      </w:r>
      <w:r w:rsidR="004C7060">
        <w:t xml:space="preserve">? </w:t>
      </w:r>
      <w:r>
        <w:t xml:space="preserve"> </w:t>
      </w:r>
      <w:proofErr w:type="gramStart"/>
      <w:r w:rsidR="00F85CD2">
        <w:t>[ ]</w:t>
      </w:r>
      <w:proofErr w:type="gramEnd"/>
      <w:r w:rsidR="00F85CD2">
        <w:t xml:space="preserve"> Yes </w:t>
      </w:r>
      <w:proofErr w:type="gramStart"/>
      <w:r w:rsidR="00F85CD2">
        <w:t xml:space="preserve">   [</w:t>
      </w:r>
      <w:proofErr w:type="gramEnd"/>
      <w:r w:rsidR="00F85CD2">
        <w:t xml:space="preserve"> ] No</w:t>
      </w:r>
    </w:p>
    <w:p w14:paraId="088B63D3" w14:textId="151B9C41" w:rsidR="0068149D" w:rsidRDefault="00F85CD2">
      <w:r>
        <w:t>If yes, please explain below</w:t>
      </w:r>
      <w:r w:rsidR="00DC3E9D">
        <w:t xml:space="preserve"> and include the date</w:t>
      </w:r>
      <w:r>
        <w:t>:</w:t>
      </w:r>
    </w:p>
    <w:p w14:paraId="66815171" w14:textId="04D9D49E" w:rsidR="0068149D" w:rsidRDefault="00F85CD2">
      <w:r>
        <w:t>_____________________________________________________________</w:t>
      </w:r>
      <w:r w:rsidR="00DC3E9D">
        <w:t>______</w:t>
      </w:r>
      <w:r>
        <w:t>________</w:t>
      </w:r>
      <w:r w:rsidR="00DC3E9D">
        <w:t>___</w:t>
      </w:r>
      <w:r>
        <w:t>___</w:t>
      </w:r>
      <w:r w:rsidR="00904260">
        <w:t>___________________</w:t>
      </w:r>
      <w:r>
        <w:t>_____</w:t>
      </w:r>
    </w:p>
    <w:p w14:paraId="0A1E5A4F" w14:textId="01798063" w:rsidR="0068149D" w:rsidRDefault="00F85CD2">
      <w:r>
        <w:t>____________________________________________________________________</w:t>
      </w:r>
      <w:r w:rsidR="00DC3E9D">
        <w:t>________</w:t>
      </w:r>
      <w:r w:rsidR="00904260">
        <w:t>___________________</w:t>
      </w:r>
      <w:r w:rsidR="00DC3E9D">
        <w:t>_</w:t>
      </w:r>
      <w:r>
        <w:t>_________</w:t>
      </w:r>
    </w:p>
    <w:p w14:paraId="3B9078B2" w14:textId="01211B26" w:rsidR="004C7060" w:rsidRDefault="004C7060" w:rsidP="004C7060">
      <w:r>
        <w:t xml:space="preserve">Do you currently have any open criminal or ordinance violations?  </w:t>
      </w:r>
      <w:proofErr w:type="gramStart"/>
      <w:r>
        <w:t>[ ]</w:t>
      </w:r>
      <w:proofErr w:type="gramEnd"/>
      <w:r>
        <w:t xml:space="preserve"> Yes </w:t>
      </w:r>
      <w:proofErr w:type="gramStart"/>
      <w:r>
        <w:t xml:space="preserve">   [</w:t>
      </w:r>
      <w:proofErr w:type="gramEnd"/>
      <w:r>
        <w:t xml:space="preserve"> ] No</w:t>
      </w:r>
    </w:p>
    <w:p w14:paraId="2F7C4D82" w14:textId="77777777" w:rsidR="00DC3E9D" w:rsidRDefault="00DC3E9D" w:rsidP="00DC3E9D">
      <w:pPr>
        <w:pStyle w:val="NoSpacing"/>
      </w:pPr>
    </w:p>
    <w:p w14:paraId="78B1D7EB" w14:textId="0A4C62F0" w:rsidR="00DC3E9D" w:rsidRDefault="00DC3E9D" w:rsidP="00DC3E9D">
      <w:pPr>
        <w:pStyle w:val="NoSpacing"/>
      </w:pPr>
      <w:r>
        <w:t>By signing this form, I certify that all information provided is true and complete to the best of my knowledge.</w:t>
      </w:r>
    </w:p>
    <w:p w14:paraId="45708FE0" w14:textId="77777777" w:rsidR="00DC3E9D" w:rsidRDefault="00DC3E9D" w:rsidP="00DC3E9D">
      <w:pPr>
        <w:pStyle w:val="NoSpacing"/>
      </w:pPr>
    </w:p>
    <w:p w14:paraId="59B53FFD" w14:textId="2EA9DC2E" w:rsidR="00DC3E9D" w:rsidRDefault="00DC3E9D" w:rsidP="00DC3E9D">
      <w:pPr>
        <w:pStyle w:val="NoSpacing"/>
      </w:pPr>
      <w:r>
        <w:t>I understand that providing false information may result in denial or revocation of my operator's license.</w:t>
      </w:r>
      <w:r w:rsidRPr="00DC3E9D">
        <w:rPr>
          <w:b/>
          <w:bCs/>
          <w:noProof/>
          <w:sz w:val="30"/>
          <w:szCs w:val="30"/>
        </w:rPr>
        <w:t xml:space="preserve"> </w:t>
      </w:r>
    </w:p>
    <w:p w14:paraId="2647E1B0" w14:textId="77777777" w:rsidR="00DC3E9D" w:rsidRDefault="00DC3E9D"/>
    <w:p w14:paraId="181F37C1" w14:textId="1BBE88DE" w:rsidR="0068149D" w:rsidRDefault="00F85CD2">
      <w:r>
        <w:t>Signature of Applicant: _________________</w:t>
      </w:r>
      <w:r w:rsidR="00904260">
        <w:t>_________</w:t>
      </w:r>
      <w:r>
        <w:t>______</w:t>
      </w:r>
      <w:r w:rsidR="00904260">
        <w:t>_____</w:t>
      </w:r>
      <w:r>
        <w:t>___________    Date: _________</w:t>
      </w:r>
      <w:r w:rsidR="00904260">
        <w:t>_____</w:t>
      </w:r>
      <w:r>
        <w:t>_______</w:t>
      </w:r>
    </w:p>
    <w:p w14:paraId="662EF640" w14:textId="23F6EFEE" w:rsidR="00DC3E9D" w:rsidRPr="00DC3E9D" w:rsidRDefault="00DC3E9D">
      <w:pPr>
        <w:rPr>
          <w:b/>
          <w:bCs/>
        </w:rPr>
      </w:pPr>
      <w:r w:rsidRPr="00DC3E9D">
        <w:rPr>
          <w:b/>
          <w:bCs/>
        </w:rPr>
        <w:t>_________________________________________________________________________________________________________</w:t>
      </w:r>
    </w:p>
    <w:p w14:paraId="1EA12FD2" w14:textId="51F5D889" w:rsidR="00F646E6" w:rsidRDefault="00F646E6" w:rsidP="00F646E6">
      <w:pPr>
        <w:jc w:val="center"/>
      </w:pPr>
      <w:r w:rsidRPr="00F646E6">
        <w:rPr>
          <w:highlight w:val="yellow"/>
        </w:rPr>
        <w:t>**Note: If any portion of this application is incomplete, it will be automatically denied. **</w:t>
      </w:r>
    </w:p>
    <w:p w14:paraId="4EFDFA56" w14:textId="77777777" w:rsidR="00F646E6" w:rsidRDefault="00F646E6" w:rsidP="00DC3E9D">
      <w:pPr>
        <w:rPr>
          <w:b/>
          <w:bCs/>
        </w:rPr>
      </w:pPr>
    </w:p>
    <w:p w14:paraId="66DB85FC" w14:textId="77777777" w:rsidR="00782769" w:rsidRDefault="00782769" w:rsidP="00DC3E9D">
      <w:pPr>
        <w:rPr>
          <w:b/>
          <w:bCs/>
        </w:rPr>
      </w:pPr>
    </w:p>
    <w:p w14:paraId="45812885" w14:textId="6C7F332F" w:rsidR="00DC3E9D" w:rsidRPr="00B03DB2" w:rsidRDefault="00DC3E9D" w:rsidP="00DC3E9D">
      <w:pPr>
        <w:rPr>
          <w:b/>
          <w:bCs/>
        </w:rPr>
      </w:pPr>
      <w:r w:rsidRPr="00B03DB2">
        <w:rPr>
          <w:b/>
          <w:bCs/>
        </w:rPr>
        <w:lastRenderedPageBreak/>
        <w:t>For Village of Elmwood Police Department Use Only:</w:t>
      </w:r>
    </w:p>
    <w:p w14:paraId="06FC5328" w14:textId="77777777" w:rsidR="00DC3E9D" w:rsidRDefault="00DC3E9D" w:rsidP="00DC3E9D">
      <w:proofErr w:type="gramStart"/>
      <w:r>
        <w:t>[ ]</w:t>
      </w:r>
      <w:proofErr w:type="gramEnd"/>
      <w:r>
        <w:t xml:space="preserve"> Approved   </w:t>
      </w:r>
      <w:proofErr w:type="gramStart"/>
      <w:r>
        <w:t xml:space="preserve">   [</w:t>
      </w:r>
      <w:proofErr w:type="gramEnd"/>
      <w:r>
        <w:t xml:space="preserve"> ] Not Approved</w:t>
      </w:r>
    </w:p>
    <w:p w14:paraId="190EDB08" w14:textId="77777777" w:rsidR="00DC3E9D" w:rsidRDefault="00DC3E9D" w:rsidP="00DC3E9D">
      <w:r>
        <w:br/>
        <w:t>Signature: ____________________________________________</w:t>
      </w:r>
    </w:p>
    <w:p w14:paraId="00AAAB9A" w14:textId="70AEABF6" w:rsidR="0068149D" w:rsidRDefault="00DC3E9D">
      <w:r>
        <w:t>Date: ________________</w:t>
      </w:r>
    </w:p>
    <w:sectPr w:rsidR="0068149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EA767" w14:textId="77777777" w:rsidR="00005860" w:rsidRDefault="00005860" w:rsidP="00DC3E9D">
      <w:pPr>
        <w:spacing w:after="0" w:line="240" w:lineRule="auto"/>
      </w:pPr>
      <w:r>
        <w:separator/>
      </w:r>
    </w:p>
  </w:endnote>
  <w:endnote w:type="continuationSeparator" w:id="0">
    <w:p w14:paraId="7A513034" w14:textId="77777777" w:rsidR="00005860" w:rsidRDefault="00005860" w:rsidP="00DC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C797B" w14:textId="77777777" w:rsidR="00005860" w:rsidRDefault="00005860" w:rsidP="00DC3E9D">
      <w:pPr>
        <w:spacing w:after="0" w:line="240" w:lineRule="auto"/>
      </w:pPr>
      <w:r>
        <w:separator/>
      </w:r>
    </w:p>
  </w:footnote>
  <w:footnote w:type="continuationSeparator" w:id="0">
    <w:p w14:paraId="72A10A2D" w14:textId="77777777" w:rsidR="00005860" w:rsidRDefault="00005860" w:rsidP="00DC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9198426">
    <w:abstractNumId w:val="8"/>
  </w:num>
  <w:num w:numId="2" w16cid:durableId="893589677">
    <w:abstractNumId w:val="6"/>
  </w:num>
  <w:num w:numId="3" w16cid:durableId="1258949012">
    <w:abstractNumId w:val="5"/>
  </w:num>
  <w:num w:numId="4" w16cid:durableId="236212227">
    <w:abstractNumId w:val="4"/>
  </w:num>
  <w:num w:numId="5" w16cid:durableId="615985249">
    <w:abstractNumId w:val="7"/>
  </w:num>
  <w:num w:numId="6" w16cid:durableId="1010721114">
    <w:abstractNumId w:val="3"/>
  </w:num>
  <w:num w:numId="7" w16cid:durableId="1256985752">
    <w:abstractNumId w:val="2"/>
  </w:num>
  <w:num w:numId="8" w16cid:durableId="1505129738">
    <w:abstractNumId w:val="1"/>
  </w:num>
  <w:num w:numId="9" w16cid:durableId="1798909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60"/>
    <w:rsid w:val="00034616"/>
    <w:rsid w:val="0006063C"/>
    <w:rsid w:val="0015074B"/>
    <w:rsid w:val="0020247E"/>
    <w:rsid w:val="0029639D"/>
    <w:rsid w:val="00326F90"/>
    <w:rsid w:val="00372967"/>
    <w:rsid w:val="004C7060"/>
    <w:rsid w:val="005F7679"/>
    <w:rsid w:val="0068149D"/>
    <w:rsid w:val="006B7907"/>
    <w:rsid w:val="00782769"/>
    <w:rsid w:val="00904260"/>
    <w:rsid w:val="00AA1D8D"/>
    <w:rsid w:val="00B03DB2"/>
    <w:rsid w:val="00B47730"/>
    <w:rsid w:val="00C12266"/>
    <w:rsid w:val="00CB0664"/>
    <w:rsid w:val="00D5792D"/>
    <w:rsid w:val="00DC3E9D"/>
    <w:rsid w:val="00E42DCC"/>
    <w:rsid w:val="00E44719"/>
    <w:rsid w:val="00F646E6"/>
    <w:rsid w:val="00F85C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5D38B7"/>
  <w14:defaultImageDpi w14:val="330"/>
  <w15:docId w15:val="{67F90019-F0CB-4555-9F1A-950C611F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5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Holly Malaszuk</cp:lastModifiedBy>
  <cp:revision>7</cp:revision>
  <cp:lastPrinted>2025-06-04T20:46:00Z</cp:lastPrinted>
  <dcterms:created xsi:type="dcterms:W3CDTF">2025-05-06T21:55:00Z</dcterms:created>
  <dcterms:modified xsi:type="dcterms:W3CDTF">2026-10-01T15:24:00Z</dcterms:modified>
  <cp:category/>
</cp:coreProperties>
</file>